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68"/>
          <w:rtl w:val="1"/>
          <w:szCs w:val="68"/>
          <w:bCs/>
        </w:rPr>
        <w:t>החנוכייה שלנו</w:t>
      </w:r>
    </w:p>
    <w:p>
      <w:pPr>
        <w:bidi w:val="1"/>
        <w:jc w:val="center"/>
      </w:pPr>
      <w:r>
        <w:rPr>
          <w:rFonts w:ascii="Arial" w:hAnsi="Arial" w:cs="Arial"/>
          <w:b w:val="0"/>
          <w:sz w:val="36"/>
          <w:rtl w:val="1"/>
          <w:szCs w:val="36"/>
        </w:rPr>
        <w:t>בכל בוקר של חנוכה מוסיפים להבה – עד שמונה להבות ועוד שמש.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ערב 1 – להבה אחת · ערב 8 – שמונה להבות · מוסיפים מימין לשמאל, ומדליקים מהחדש אל הישן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44"/>
          <w:rtl w:val="1"/>
          <w:szCs w:val="44"/>
          <w:bCs/>
        </w:rPr>
        <w:t>להבות נעות לחנוכייה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rPr>
          <w:trHeight w:val="3685"/>
        </w:trPr>
        <w:tc>
          <w:tcPr>
            <w:tcW w:type="dxa" w:w="3364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🔥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ערב 1</w:t>
            </w:r>
          </w:p>
        </w:tc>
        <w:tc>
          <w:tcPr>
            <w:tcW w:type="dxa" w:w="3364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🔥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ערב 2</w:t>
            </w:r>
          </w:p>
        </w:tc>
        <w:tc>
          <w:tcPr>
            <w:tcW w:type="dxa" w:w="3364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🔥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ערב 3</w:t>
            </w:r>
          </w:p>
        </w:tc>
      </w:tr>
      <w:tr>
        <w:trPr>
          <w:trHeight w:val="3685"/>
        </w:trPr>
        <w:tc>
          <w:tcPr>
            <w:tcW w:type="dxa" w:w="3364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🔥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ערב 4</w:t>
            </w:r>
          </w:p>
        </w:tc>
        <w:tc>
          <w:tcPr>
            <w:tcW w:type="dxa" w:w="3364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🔥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ערב 5</w:t>
            </w:r>
          </w:p>
        </w:tc>
        <w:tc>
          <w:tcPr>
            <w:tcW w:type="dxa" w:w="3364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🔥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ערב 6</w:t>
            </w:r>
          </w:p>
        </w:tc>
      </w:tr>
      <w:tr>
        <w:trPr>
          <w:trHeight w:val="3685"/>
        </w:trPr>
        <w:tc>
          <w:tcPr>
            <w:tcW w:type="dxa" w:w="3364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🔥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ערב 7</w:t>
            </w:r>
          </w:p>
        </w:tc>
        <w:tc>
          <w:tcPr>
            <w:tcW w:type="dxa" w:w="3364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🔥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ערב 8</w:t>
            </w:r>
          </w:p>
        </w:tc>
        <w:tc>
          <w:tcPr>
            <w:tcW w:type="dxa" w:w="3364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🔥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שמש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החנוכייה שלנו – להבות נעות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